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odttf" ContentType="application/vnd.openxmlformats-officedocument.obfuscatedFon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CORRESPONDENCE                                    [DATE]</w:t>
      </w:r>
    </w:p>
    <w:p>
      <w:pPr>
        <w:keepNext w:val="0"/>
        <w:spacing w:after="3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0"/>
        </w:rPr>
        <w:t>[RECIPIENT NAME]</w:t>
        <w:br/>
        <w:t>[ROLE]  /  [COMPANY]</w:t>
        <w:br/>
        <w:t>[ADDRESS]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44"/>
        </w:rPr>
        <w:t>[LETTER SUBJECT]</w:t>
      </w:r>
    </w:p>
    <w:p>
      <w:pPr>
        <w:keepNext w:val="0"/>
        <w:spacing w:after="2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Dear [RECIPIENT NAME],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[State the purpose of the letter and the action or decision required. Keep the opening direct and relevant to the recipient.]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[Add the information the recipient needs to respond. Include only confirmed project details, dates and commercial terms. Split distinct points into short paragraphs.]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[Confirm the next step, the responsible contact and the preferred response date.]</w:t>
      </w:r>
    </w:p>
    <w:p>
      <w:pPr>
        <w:keepNext w:val="0"/>
        <w:spacing w:after="2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Kind regards,</w:t>
      </w:r>
    </w:p>
    <w:p>
      <w:pPr>
        <w:keepNext w:val="0"/>
        <w:spacing w:after="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22"/>
        </w:rPr>
        <w:t>[NAME SURNAME]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0"/>
        </w:rPr>
        <w:t>[JOB TITLE]</w:t>
      </w:r>
    </w:p>
    <w:p>
      <w:pPr>
        <w:keepNext w:val="0"/>
        <w:spacing w:after="80" w:before="0" w:line="271" w:lineRule="auto"/>
      </w:pPr>
      <w:r>
        <w:rPr>
          <w:rFonts w:ascii="Aktiv Grotesk Ex" w:hAnsi="Aktiv Grotesk Ex" w:eastAsia="Aktiv Grotesk Ex" w:cs="Aktiv Grotesk Ex"/>
          <w:b w:val="0"/>
          <w:color w:val="0A6670"/>
          <w:sz w:val="19"/>
        </w:rPr>
        <w:t>[EMAIL]   /   [PHONE]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19"/>
        </w:rPr>
        <w:t>[WEBSITE]   /   [OFFICE ADDRESS]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2494" w:right="1417" w:bottom="1191" w:left="1020" w:header="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ktiv Grotesk Ex">
    <w:embedRegular r:id="rIdGVFont1" w:fontKey="{EAC2CFCA-8359-573F-8605-40EB76653120}" w:subsetted="0"/>
    <w:embedBold r:id="rIdGVFont2" w:fontKey="{8EB4BD88-E2E5-5527-8E0C-42D38129C9F8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68" w:val="right"/>
      </w:tabs>
      <w:spacing w:after="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GV CAPITAL  /  01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lett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Aktiv Grotesk Ex" w:hAnsi="Aktiv Grotesk Ex" w:eastAsia="Aktiv Grotesk Ex" w:cs="Aktiv Grotesk Ex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Aktiv Grotesk Ex" w:hAnsi="Aktiv Grotesk Ex" w:eastAsia="Aktiv Grotesk Ex" w:cs="Aktiv Grotesk Ex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Aktiv Grotesk Ex" w:hAnsi="Aktiv Grotesk Ex" w:eastAsia="Aktiv Grotesk Ex" w:cs="Aktiv Grotesk Ex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Aktiv Grotesk Ex" w:hAnsi="Aktiv Grotesk Ex" w:eastAsia="Aktiv Grotesk Ex" w:cs="Aktiv Grotesk Ex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 w:val="true"/>
  <w:saveSubsetFonts w:val="false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Aktiv Grotesk Ex" w:hAnsi="Aktiv Grotesk Ex" w:eastAsia="Aktiv Grotesk Ex" w:cs="Aktiv Grotesk Ex"/>
      <w:color w:val="16232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16232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16232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Aktiv Grotesk Ex" w:hAnsi="Aktiv Grotesk Ex" w:eastAsia="Aktiv Grotesk Ex" w:cs="Aktiv Grotesk Ex"/>
      <w:color w:val="16232A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16232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Aktiv Grotesk Ex" w:hAnsi="Aktiv Grotesk Ex" w:eastAsia="Aktiv Grotesk Ex" w:cs="Aktiv Grotesk Ex"/>
      <w:b/>
      <w:color w:val="16232A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6232A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ktiv Grotesk Ex" w:hAnsi="Aktiv Grotesk Ex" w:eastAsia="Aktiv Grotesk Ex" w:cs="Aktiv Grotesk Ex"/>
      <w:color w:val="16232A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16232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ktiv Grotesk Ex" w:hAnsi="Aktiv Grotesk Ex" w:eastAsia="Aktiv Grotesk Ex" w:cs="Aktiv Grotesk Ex"/>
      <w:b/>
      <w:bCs/>
      <w:color w:val="16232A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ktiv Grotesk Ex" w:hAnsi="Aktiv Grotesk Ex" w:eastAsia="Aktiv Grotesk Ex" w:cs="Aktiv Grotesk Ex"/>
      <w:b/>
      <w:bCs/>
      <w:color w:val="16232A"/>
    </w:rPr>
  </w:style>
  <w:style w:type="character" w:styleId="Emphasis">
    <w:name w:val="Emphasis"/>
    <w:basedOn w:val="DefaultParagraphFont"/>
    <w:uiPriority w:val="20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ktiv Grotesk Ex" w:hAnsi="Aktiv Grotesk Ex" w:eastAsia="Aktiv Grotesk Ex" w:cs="Aktiv Grotesk Ex"/>
      <w:smallCaps/>
      <w:color w:val="16232A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Aktiv Grotesk Ex" w:hAnsi="Aktiv Grotesk Ex" w:eastAsia="Aktiv Grotesk Ex" w:cs="Aktiv Grotesk Ex"/>
      <w:color w:val="16232A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GVFont1" Type="http://schemas.openxmlformats.org/officeDocument/2006/relationships/font" Target="fonts/GV-AktivGroteskEx-Regular.odttf"/><Relationship Id="rIdGVFont2" Type="http://schemas.openxmlformats.org/officeDocument/2006/relationships/font" Target="fonts/GV-AktivGroteskEx-Bold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ajorFont>
      <a:min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Correspondence</dc:title>
  <dc:subject>Correspondence</dc:subject>
  <dc:creator>GV Capital</dc:creator>
  <cp:keywords/>
  <dc:description/>
  <cp:lastModifiedBy>GV Capital</cp:lastModifiedBy>
  <cp:revision>1</cp:revision>
  <dcterms:created xsi:type="dcterms:W3CDTF">2013-12-23T23:15:00Z</dcterms:created>
  <dcterms:modified xsi:type="dcterms:W3CDTF">2013-12-23T23:15:00Z</dcterms:modified>
  <cp:category/>
</cp:coreProperties>
</file>